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מילה בעזרת ההסבר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הזמן בשנה שבו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אור חזק שמבריק בשמיים בסערה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רוח חזקה עם גשם ולפעמים ברקים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מים שנאספו בגומה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ציפור גדולה עם רגליים ארוכות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קבוצה של ציפורים שעפות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שינה ארוכה של בעלי חיים בזמן הקור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בכרטיס של המילה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מחשיך פירושו נעשה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מהביל הוא חם מאוד ועולה ממנו אד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לובשים בחורט כדי להתחמם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רעם הוא קול חזק הבא אחרי הברק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בדוגמה בכרטיס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שנת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מחשיכים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(רוח חזקה עם גשם ולפעמים ברקים)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(קבוצה של ציפורים שעפות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(פתיתים לבנים של מים קפואים)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(חם מאוד ועולה ממנו אד)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(הזמן בשנה שבו יורד 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שתי מילים מתוך הכרטיסים כגון ברק, רעם, סערה,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המציינת שהן עפות יחד לחום או 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שימוש נכון בשלוש מילים לפחות, משפטים שלמים וברורים, תיאור הגיוני של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הוא אור ורעם הוא 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שינה ארוכה של בעלי חיים בזמן הקור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שלג, גשם או שלולית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שליפת קלף כפי שמוצע בדף המקורי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הכרטיסים המקוריים על המסך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מילות הכרטיסים של החורף - תופעות טבע, בעלי חיים ומילים שקשורות לקור ולגשם.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עונת הגשמים?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חם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הזמן בשנה שבו 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בלי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עונה בלי 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חזק שמבריק בשמיים בסערה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בגומה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בא אחרי הברק?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סערה?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 חזקה עם גשם ולפעמים ברקים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קבוצת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שלולית?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שנאספו בגומה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עגור?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 גדולה עם רגליים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 חיים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קפואים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זו להקה?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 אחת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קבוצה של ציפורים שעפות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זו שנת 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שינה ארוכה של בעלי חיים בזמן הקור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 קצרה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בלי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חורף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הם פתיתים לבנים של מים קפואים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מחשיך פירושו נעשה בהיר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מהביל הוא מאכל קר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שכבות הן כמה בגדים זה על 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רעם הוא קול חלש ושקט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עונת הגשמים היא בעיקר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לובשים כמה __________ של בגדים כדי להתחמם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__________ חזק בשמיים שומעים 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הגשם נוצרות __________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היא ציפור גדולה עם רגליים ארוכות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בזמן הקור חלק מבעלי החיים ישנים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בערב כשהשמש שוקעת, השמיים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סערה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הזמן בשנה שבו יורד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פתיתים לבנים של מים קפואים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קבוצה של ציפורים שעפות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מהביל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רוח חזקה עם גשם ולפעמים ברקים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עונת הגשמים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חם מאוד ועולה ממנו אד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שמתאר יום חורף סוער, והשתמשו בלפחות שתי מילים מהכרטיסים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ציפורים טסות בלהקה בחורף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תיאור קצר של בוקר חורפי, והשתמשו בלפחות שלוש מילים מתוך הכרטיסים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הבדל אחד בין ברק לרעם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שנת 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למים בחורף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