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כל מילה בעזרת ההסבר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החדשות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הזמן בשנה שבו יורד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אור חזק שמבריק בשמיים בסערה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רוח חזקה עם גשם ולפעמים ברקים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מים שנאספו בגומה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ציפור גדולה עם רגליים ארוכות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קבוצה של ציפורים שעפות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שינה ארוכה של בעלי חיים בזמן הקור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בכרטיס של המילה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מחשיך פירושו נעשה 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מהביל הוא חם מאוד ועולה ממנו אד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לובשים בחורט כדי להתחמם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רעם הוא קול חזק הבא אחרי הברק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כתוב בדוגמה בכרטיס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שכבות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שנת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מחשיכים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(רוח חזקה עם גשם ולפעמים ברקים)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(קבוצה של ציפורים שעפות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(פתיתים לבנים של מים קפואים)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(חם מאוד ועולה ממנו אד)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(הזמן בשנה שבו יורד 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הכולל שתי מילים מתוך הכרטיסים כגון ברק, רעם, סערה,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המציינת שהן עפות יחד לחום או ביטחון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שימוש נכון בשלוש מילים לפחות, משפטים שלמים וברורים, תיאור הגיוני של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ברק הוא אור ורעם הוא 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שינה ארוכה של בעלי חיים בזמן הקור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שלג, גשם או שלולית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שליפת קלף כפי שמוצע בדף המקורי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את הכרטיסים המקוריים על המסך כדי לחזק את ההבנה החזותית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על החורף. נלמד מה כל מילה אומרת.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עונת הגשמים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בשנה שבו יורד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בגדים זה על 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חזק בשמיים בסערה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הקול החזק אחרי הברק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סערה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רוח חזקה עם גשם וברקים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שנאספו בגומה באדמה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עגור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 גדולה עם רגליים ארוכות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שנת חורף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שינה ארוכה של בעלי חיים בזמן הקור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יורד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 חם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הזמן בשנה שבו יורד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בלי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עונה בלי 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מבריק בשמיים?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קול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 חזק שמבריק בשמיים בסערה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בגומה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ציפור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שומעים אחרי האור?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כשיש רוח וגשם חזקים?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רוח חזקה עם גשם ולפעמים ברקים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קבוצת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נאספים מים אחרי 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שנאספו בגומה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ציפור יש לה רגליים ארוכות?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ציפור גדולה עם רגליים ארוכות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בעל חיים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 קפואים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קוראים לקבוצת ציפורים?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ציפור אחת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קבוצה של ציפורים שעפות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רוח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עושים חלק מבעלי החיים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שינה ארוכה של בעלי חיים בזמן הקור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שינה קצרה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בלי 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חורף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שלג הם פתיתים לבנים של מים קפואים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מחשיך פירושו נעשה בהיר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מהביל הוא מאכל קר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שכבות הן כמה בגדים זה על 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רעם הוא קול חלש ושקט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עונת הגשמים היא בעיקר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בחורף לובשים כמה __________ של בגדים כדי להתחמם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__________ חזק בשמיים שומעים רעם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הגשם נוצרות __________ באדמה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היא ציפור גדולה עם רגליים ארוכות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בזמן הקור חלק מבעלי החיים ישנים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בערב כשהשמש שוקעת, השמיים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סערה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הזמן בשנה שבו יורד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להקה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רוח חזקה עם גשם ולפעמים ברקים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חם מאוד ועולה ממנו אד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מהביל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קבוצה של ציפורים שעפות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עונת הגשמים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פתיתים לבנים של מים קפואים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שמתאר יום חורף סוער, והשתמשו בלפחות שתי מילים מהכרטיסים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ציפורים טסות בלהקה בחורף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תיאור קצר של בוקר חורפי, והשתמשו בלפחות שלוש מילים מתוך הכרטיסים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הבדל אחד בין ברק לרעם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שנת 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שקשורה למים בחורף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