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בעזרת ההסבר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הזמן בשנה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 חזק שמבריק בשמיים בסערה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רוח חזקה עם גשם ולפעמים 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מים שנאספו בגומה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של המילה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מחשיך פירושו נעשה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לובשים בחורט כדי להתחמם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(רוח חזקה עם גשם ולפעמים ברקים)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(פתיתים לבנים של מים קפואים)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(חם מאוד ועולה ממנו אד)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שתי מילים מתוך הכרטיסים כגון ברק, רעם, סערה,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נכון בשלוש מילים לפחות, משפטים שלמים וברורים, תיאור הגיוני של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 ורעם הוא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שלג, גשם או 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שליפת קלף כפי שמוצע בדף המקורי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הכרטיסים המקוריים על המסך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מילות הכרטיסים של החורף - תופעות טבע, בעלי חיים ומילים שקשורות לקור ולגשם.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שלוליות  ·  עגור  ·  ברק  ·  שכבות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עונת הגשמים?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הזמן בשנה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בלי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 חזק שמבריק בשמיים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בגומה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רוח חזקה עם גשם ולפעמים 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זה 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שנאספו בגומה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שלג הם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מחשיך פירושו נעשה בהיר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שכבות הן כמה בגדים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לובשים כמה __________ של בגדים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__________ חזק בשמיים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הגשם נוצרות __________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היא ציפור גדולה עם רגליים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קבוצה של ציפורים שעפות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פתיתים לבנים של מים קפואים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חם מאוד ועולה ממנו אד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רוח חזקה עם גשם ולפעמים ברקים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שמתאר יום חורף סוער, והשתמשו בלפחות שתי מילים מהכרטיסים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תיאור קצר של בוקר חורפי, והשתמשו בלפחות שלוש מילים מתוך 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הבדל אחד בין ברק לרעם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